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7859A5" w14:textId="3458327D" w:rsidR="00EE1173" w:rsidRDefault="00CD0463">
      <w:pPr>
        <w:spacing w:after="20"/>
        <w:jc w:val="center"/>
      </w:pPr>
      <w:r>
        <w:rPr>
          <w:b/>
          <w:color w:val="1F4E79"/>
          <w:sz w:val="31"/>
        </w:rPr>
        <w:t>2</w:t>
      </w:r>
      <w:r w:rsidR="00D1271B">
        <w:rPr>
          <w:b/>
          <w:color w:val="1F4E79"/>
          <w:sz w:val="31"/>
        </w:rPr>
        <w:t>4</w:t>
      </w:r>
      <w:r>
        <w:rPr>
          <w:b/>
          <w:color w:val="1F4E79"/>
          <w:sz w:val="31"/>
        </w:rPr>
        <w:t>. OTROŠKI FESTIVAL GLEDALIŠKIH SANJ</w:t>
      </w:r>
    </w:p>
    <w:p w14:paraId="5B13E58F" w14:textId="77777777" w:rsidR="00EE1173" w:rsidRDefault="00CD0463">
      <w:pPr>
        <w:spacing w:after="0"/>
        <w:jc w:val="center"/>
      </w:pPr>
      <w:r>
        <w:rPr>
          <w:b/>
          <w:color w:val="1F4E79"/>
          <w:sz w:val="23"/>
        </w:rPr>
        <w:t>DNEVI GLEDALIŠKIH PREDSTAV</w:t>
      </w:r>
    </w:p>
    <w:p w14:paraId="255A77E4" w14:textId="73958567" w:rsidR="00EE1173" w:rsidRDefault="00D1271B">
      <w:pPr>
        <w:spacing w:after="60"/>
        <w:jc w:val="center"/>
      </w:pPr>
      <w:r>
        <w:rPr>
          <w:b/>
          <w:sz w:val="21"/>
        </w:rPr>
        <w:t>6</w:t>
      </w:r>
      <w:r w:rsidR="00CD0463">
        <w:rPr>
          <w:b/>
          <w:sz w:val="21"/>
        </w:rPr>
        <w:t>.</w:t>
      </w:r>
      <w:r>
        <w:rPr>
          <w:b/>
          <w:sz w:val="21"/>
        </w:rPr>
        <w:t xml:space="preserve"> </w:t>
      </w:r>
      <w:r w:rsidR="00CD0463">
        <w:rPr>
          <w:b/>
          <w:sz w:val="21"/>
        </w:rPr>
        <w:t>–</w:t>
      </w:r>
      <w:r>
        <w:rPr>
          <w:b/>
          <w:sz w:val="21"/>
        </w:rPr>
        <w:t xml:space="preserve"> 16</w:t>
      </w:r>
      <w:r w:rsidR="00CD0463">
        <w:rPr>
          <w:b/>
          <w:sz w:val="21"/>
        </w:rPr>
        <w:t xml:space="preserve">. </w:t>
      </w:r>
      <w:proofErr w:type="spellStart"/>
      <w:r w:rsidR="00CD0463">
        <w:rPr>
          <w:b/>
          <w:sz w:val="21"/>
        </w:rPr>
        <w:t>april</w:t>
      </w:r>
      <w:proofErr w:type="spellEnd"/>
      <w:r w:rsidR="00CD0463">
        <w:rPr>
          <w:b/>
          <w:sz w:val="21"/>
        </w:rPr>
        <w:t xml:space="preserve"> 202</w:t>
      </w:r>
      <w:r>
        <w:rPr>
          <w:b/>
          <w:sz w:val="21"/>
        </w:rPr>
        <w:t>7</w:t>
      </w:r>
    </w:p>
    <w:p w14:paraId="1AB6309C" w14:textId="77777777" w:rsidR="00EE1173" w:rsidRDefault="00CD0463">
      <w:pPr>
        <w:spacing w:after="120"/>
        <w:jc w:val="center"/>
      </w:pPr>
      <w:r>
        <w:rPr>
          <w:b/>
          <w:sz w:val="25"/>
        </w:rPr>
        <w:t>PRIJAVNICA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148"/>
      </w:tblGrid>
      <w:tr w:rsidR="00EE1173" w14:paraId="1E39A51D" w14:textId="77777777">
        <w:trPr>
          <w:jc w:val="center"/>
        </w:trPr>
        <w:tc>
          <w:tcPr>
            <w:tcW w:w="10148" w:type="dxa"/>
            <w:shd w:val="clear" w:color="auto" w:fill="1F4E79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5A738EC9" w14:textId="77777777" w:rsidR="00EE1173" w:rsidRDefault="00CD0463">
            <w:pPr>
              <w:spacing w:after="0"/>
            </w:pPr>
            <w:r>
              <w:rPr>
                <w:b/>
                <w:color w:val="FFFFFF"/>
              </w:rPr>
              <w:t>PODATKI O ŠOLI IN SKUPINI</w:t>
            </w:r>
          </w:p>
        </w:tc>
      </w:tr>
    </w:tbl>
    <w:p w14:paraId="24801930" w14:textId="77777777" w:rsidR="00EE1173" w:rsidRDefault="00EE1173">
      <w:pPr>
        <w:spacing w:after="0" w:line="132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76"/>
        <w:gridCol w:w="7058"/>
      </w:tblGrid>
      <w:tr w:rsidR="00EE1173" w14:paraId="0FE650E7" w14:textId="77777777">
        <w:trPr>
          <w:jc w:val="center"/>
        </w:trPr>
        <w:tc>
          <w:tcPr>
            <w:tcW w:w="2976" w:type="dxa"/>
            <w:tcBorders>
              <w:top w:val="single" w:sz="4" w:space="0" w:color="B7C9D8"/>
              <w:left w:val="single" w:sz="4" w:space="0" w:color="B7C9D8"/>
              <w:bottom w:val="single" w:sz="4" w:space="0" w:color="B7C9D8"/>
              <w:right w:val="single" w:sz="4" w:space="0" w:color="B7C9D8"/>
            </w:tcBorders>
            <w:shd w:val="clear" w:color="auto" w:fill="EAF1F7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152FD22" w14:textId="77777777" w:rsidR="00EE1173" w:rsidRDefault="00CD0463">
            <w:pPr>
              <w:pStyle w:val="FormLabel"/>
              <w:spacing w:after="0"/>
            </w:pPr>
            <w:r>
              <w:t>Šola</w:t>
            </w:r>
          </w:p>
        </w:tc>
        <w:tc>
          <w:tcPr>
            <w:tcW w:w="7058" w:type="dxa"/>
            <w:tcBorders>
              <w:top w:val="single" w:sz="4" w:space="0" w:color="B7C9D8"/>
              <w:left w:val="single" w:sz="4" w:space="0" w:color="B7C9D8"/>
              <w:bottom w:val="single" w:sz="4" w:space="0" w:color="B7C9D8"/>
              <w:right w:val="single" w:sz="4" w:space="0" w:color="B7C9D8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7C5F21E" w14:textId="77777777" w:rsidR="00EE1173" w:rsidRDefault="00CD0463">
            <w:pPr>
              <w:spacing w:after="0"/>
            </w:pPr>
            <w:r>
              <w:t xml:space="preserve"> </w:t>
            </w:r>
          </w:p>
        </w:tc>
      </w:tr>
      <w:tr w:rsidR="00EE1173" w14:paraId="56EE679D" w14:textId="77777777">
        <w:trPr>
          <w:jc w:val="center"/>
        </w:trPr>
        <w:tc>
          <w:tcPr>
            <w:tcW w:w="2976" w:type="dxa"/>
            <w:tcBorders>
              <w:top w:val="single" w:sz="4" w:space="0" w:color="B7C9D8"/>
              <w:left w:val="single" w:sz="4" w:space="0" w:color="B7C9D8"/>
              <w:bottom w:val="single" w:sz="4" w:space="0" w:color="B7C9D8"/>
              <w:right w:val="single" w:sz="4" w:space="0" w:color="B7C9D8"/>
            </w:tcBorders>
            <w:shd w:val="clear" w:color="auto" w:fill="EAF1F7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1BA65E4" w14:textId="77777777" w:rsidR="00EE1173" w:rsidRDefault="00CD0463">
            <w:pPr>
              <w:pStyle w:val="FormLabel"/>
              <w:spacing w:after="0"/>
            </w:pPr>
            <w:r>
              <w:t>Naslov</w:t>
            </w:r>
          </w:p>
        </w:tc>
        <w:tc>
          <w:tcPr>
            <w:tcW w:w="7058" w:type="dxa"/>
            <w:tcBorders>
              <w:top w:val="single" w:sz="4" w:space="0" w:color="B7C9D8"/>
              <w:left w:val="single" w:sz="4" w:space="0" w:color="B7C9D8"/>
              <w:bottom w:val="single" w:sz="4" w:space="0" w:color="B7C9D8"/>
              <w:right w:val="single" w:sz="4" w:space="0" w:color="B7C9D8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6E3A99B" w14:textId="77777777" w:rsidR="00EE1173" w:rsidRDefault="00CD0463">
            <w:pPr>
              <w:spacing w:after="0"/>
            </w:pPr>
            <w:r>
              <w:t xml:space="preserve"> </w:t>
            </w:r>
          </w:p>
        </w:tc>
      </w:tr>
      <w:tr w:rsidR="00EE1173" w14:paraId="760BF9E4" w14:textId="77777777">
        <w:trPr>
          <w:jc w:val="center"/>
        </w:trPr>
        <w:tc>
          <w:tcPr>
            <w:tcW w:w="2976" w:type="dxa"/>
            <w:tcBorders>
              <w:top w:val="single" w:sz="4" w:space="0" w:color="B7C9D8"/>
              <w:left w:val="single" w:sz="4" w:space="0" w:color="B7C9D8"/>
              <w:bottom w:val="single" w:sz="4" w:space="0" w:color="B7C9D8"/>
              <w:right w:val="single" w:sz="4" w:space="0" w:color="B7C9D8"/>
            </w:tcBorders>
            <w:shd w:val="clear" w:color="auto" w:fill="EAF1F7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309D6BE" w14:textId="77777777" w:rsidR="00EE1173" w:rsidRDefault="00CD0463">
            <w:pPr>
              <w:pStyle w:val="FormLabel"/>
              <w:spacing w:after="0"/>
            </w:pPr>
            <w:r>
              <w:t>Mentor/-ji skupine</w:t>
            </w:r>
          </w:p>
        </w:tc>
        <w:tc>
          <w:tcPr>
            <w:tcW w:w="7058" w:type="dxa"/>
            <w:tcBorders>
              <w:top w:val="single" w:sz="4" w:space="0" w:color="B7C9D8"/>
              <w:left w:val="single" w:sz="4" w:space="0" w:color="B7C9D8"/>
              <w:bottom w:val="single" w:sz="4" w:space="0" w:color="B7C9D8"/>
              <w:right w:val="single" w:sz="4" w:space="0" w:color="B7C9D8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B7FEF4B" w14:textId="77777777" w:rsidR="00EE1173" w:rsidRDefault="00CD0463">
            <w:pPr>
              <w:spacing w:after="0"/>
            </w:pPr>
            <w:r>
              <w:t xml:space="preserve"> </w:t>
            </w:r>
          </w:p>
        </w:tc>
      </w:tr>
      <w:tr w:rsidR="00EE1173" w14:paraId="7FE1CC76" w14:textId="77777777">
        <w:trPr>
          <w:jc w:val="center"/>
        </w:trPr>
        <w:tc>
          <w:tcPr>
            <w:tcW w:w="2976" w:type="dxa"/>
            <w:tcBorders>
              <w:top w:val="single" w:sz="4" w:space="0" w:color="B7C9D8"/>
              <w:left w:val="single" w:sz="4" w:space="0" w:color="B7C9D8"/>
              <w:bottom w:val="single" w:sz="4" w:space="0" w:color="B7C9D8"/>
              <w:right w:val="single" w:sz="4" w:space="0" w:color="B7C9D8"/>
            </w:tcBorders>
            <w:shd w:val="clear" w:color="auto" w:fill="EAF1F7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47EA487" w14:textId="77777777" w:rsidR="00EE1173" w:rsidRDefault="00CD0463">
            <w:pPr>
              <w:pStyle w:val="FormLabel"/>
              <w:spacing w:after="0"/>
            </w:pPr>
            <w:r>
              <w:t>GSM</w:t>
            </w:r>
          </w:p>
        </w:tc>
        <w:tc>
          <w:tcPr>
            <w:tcW w:w="7058" w:type="dxa"/>
            <w:tcBorders>
              <w:top w:val="single" w:sz="4" w:space="0" w:color="B7C9D8"/>
              <w:left w:val="single" w:sz="4" w:space="0" w:color="B7C9D8"/>
              <w:bottom w:val="single" w:sz="4" w:space="0" w:color="B7C9D8"/>
              <w:right w:val="single" w:sz="4" w:space="0" w:color="B7C9D8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97A9CE5" w14:textId="77777777" w:rsidR="00EE1173" w:rsidRDefault="00CD0463">
            <w:pPr>
              <w:spacing w:after="0"/>
            </w:pPr>
            <w:r>
              <w:t xml:space="preserve"> </w:t>
            </w:r>
          </w:p>
        </w:tc>
      </w:tr>
      <w:tr w:rsidR="00EE1173" w14:paraId="1027620A" w14:textId="77777777">
        <w:trPr>
          <w:jc w:val="center"/>
        </w:trPr>
        <w:tc>
          <w:tcPr>
            <w:tcW w:w="2976" w:type="dxa"/>
            <w:tcBorders>
              <w:top w:val="single" w:sz="4" w:space="0" w:color="B7C9D8"/>
              <w:left w:val="single" w:sz="4" w:space="0" w:color="B7C9D8"/>
              <w:bottom w:val="single" w:sz="4" w:space="0" w:color="B7C9D8"/>
              <w:right w:val="single" w:sz="4" w:space="0" w:color="B7C9D8"/>
            </w:tcBorders>
            <w:shd w:val="clear" w:color="auto" w:fill="EAF1F7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46DD1D1" w14:textId="77777777" w:rsidR="00EE1173" w:rsidRDefault="00CD0463">
            <w:pPr>
              <w:pStyle w:val="FormLabel"/>
              <w:spacing w:after="0"/>
            </w:pPr>
            <w:r>
              <w:t>E-pošta</w:t>
            </w:r>
          </w:p>
        </w:tc>
        <w:tc>
          <w:tcPr>
            <w:tcW w:w="7058" w:type="dxa"/>
            <w:tcBorders>
              <w:top w:val="single" w:sz="4" w:space="0" w:color="B7C9D8"/>
              <w:left w:val="single" w:sz="4" w:space="0" w:color="B7C9D8"/>
              <w:bottom w:val="single" w:sz="4" w:space="0" w:color="B7C9D8"/>
              <w:right w:val="single" w:sz="4" w:space="0" w:color="B7C9D8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416F7A5" w14:textId="77777777" w:rsidR="00EE1173" w:rsidRDefault="00CD0463">
            <w:pPr>
              <w:spacing w:after="0"/>
            </w:pPr>
            <w:r>
              <w:t xml:space="preserve"> </w:t>
            </w:r>
          </w:p>
        </w:tc>
      </w:tr>
      <w:tr w:rsidR="00EE1173" w14:paraId="7AF2899D" w14:textId="77777777">
        <w:trPr>
          <w:jc w:val="center"/>
        </w:trPr>
        <w:tc>
          <w:tcPr>
            <w:tcW w:w="2976" w:type="dxa"/>
            <w:tcBorders>
              <w:top w:val="single" w:sz="4" w:space="0" w:color="B7C9D8"/>
              <w:left w:val="single" w:sz="4" w:space="0" w:color="B7C9D8"/>
              <w:bottom w:val="single" w:sz="4" w:space="0" w:color="B7C9D8"/>
              <w:right w:val="single" w:sz="4" w:space="0" w:color="B7C9D8"/>
            </w:tcBorders>
            <w:shd w:val="clear" w:color="auto" w:fill="EAF1F7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1E8DF17" w14:textId="77777777" w:rsidR="00EE1173" w:rsidRDefault="00CD0463">
            <w:pPr>
              <w:pStyle w:val="FormLabel"/>
              <w:spacing w:after="0"/>
            </w:pPr>
            <w:r>
              <w:t>Naziv skupine</w:t>
            </w:r>
          </w:p>
        </w:tc>
        <w:tc>
          <w:tcPr>
            <w:tcW w:w="7058" w:type="dxa"/>
            <w:tcBorders>
              <w:top w:val="single" w:sz="4" w:space="0" w:color="B7C9D8"/>
              <w:left w:val="single" w:sz="4" w:space="0" w:color="B7C9D8"/>
              <w:bottom w:val="single" w:sz="4" w:space="0" w:color="B7C9D8"/>
              <w:right w:val="single" w:sz="4" w:space="0" w:color="B7C9D8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DC35DCE" w14:textId="77777777" w:rsidR="00EE1173" w:rsidRDefault="00CD0463">
            <w:pPr>
              <w:spacing w:after="0"/>
            </w:pPr>
            <w:r>
              <w:t xml:space="preserve"> </w:t>
            </w:r>
          </w:p>
        </w:tc>
      </w:tr>
      <w:tr w:rsidR="00EE1173" w14:paraId="7BB26B3B" w14:textId="77777777">
        <w:trPr>
          <w:jc w:val="center"/>
        </w:trPr>
        <w:tc>
          <w:tcPr>
            <w:tcW w:w="2976" w:type="dxa"/>
            <w:tcBorders>
              <w:top w:val="single" w:sz="4" w:space="0" w:color="B7C9D8"/>
              <w:left w:val="single" w:sz="4" w:space="0" w:color="B7C9D8"/>
              <w:bottom w:val="single" w:sz="4" w:space="0" w:color="B7C9D8"/>
              <w:right w:val="single" w:sz="4" w:space="0" w:color="B7C9D8"/>
            </w:tcBorders>
            <w:shd w:val="clear" w:color="auto" w:fill="EAF1F7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5964DE3" w14:textId="77777777" w:rsidR="00EE1173" w:rsidRDefault="00CD0463">
            <w:pPr>
              <w:pStyle w:val="FormLabel"/>
              <w:spacing w:after="0"/>
            </w:pPr>
            <w:r>
              <w:t>Število nastopajočih</w:t>
            </w:r>
          </w:p>
        </w:tc>
        <w:tc>
          <w:tcPr>
            <w:tcW w:w="7058" w:type="dxa"/>
            <w:tcBorders>
              <w:top w:val="single" w:sz="4" w:space="0" w:color="B7C9D8"/>
              <w:left w:val="single" w:sz="4" w:space="0" w:color="B7C9D8"/>
              <w:bottom w:val="single" w:sz="4" w:space="0" w:color="B7C9D8"/>
              <w:right w:val="single" w:sz="4" w:space="0" w:color="B7C9D8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236CF10" w14:textId="77777777" w:rsidR="00EE1173" w:rsidRDefault="00CD0463">
            <w:pPr>
              <w:spacing w:after="0"/>
            </w:pPr>
            <w:r>
              <w:t xml:space="preserve"> </w:t>
            </w:r>
          </w:p>
        </w:tc>
      </w:tr>
      <w:tr w:rsidR="00EE1173" w14:paraId="3760CCA9" w14:textId="77777777">
        <w:trPr>
          <w:jc w:val="center"/>
        </w:trPr>
        <w:tc>
          <w:tcPr>
            <w:tcW w:w="2976" w:type="dxa"/>
            <w:tcBorders>
              <w:top w:val="single" w:sz="4" w:space="0" w:color="B7C9D8"/>
              <w:left w:val="single" w:sz="4" w:space="0" w:color="B7C9D8"/>
              <w:bottom w:val="single" w:sz="4" w:space="0" w:color="B7C9D8"/>
              <w:right w:val="single" w:sz="4" w:space="0" w:color="B7C9D8"/>
            </w:tcBorders>
            <w:shd w:val="clear" w:color="auto" w:fill="EAF1F7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6C8AF26" w14:textId="77777777" w:rsidR="00EE1173" w:rsidRDefault="00CD0463">
            <w:pPr>
              <w:pStyle w:val="FormLabel"/>
              <w:spacing w:after="0"/>
            </w:pPr>
            <w:r>
              <w:t>Starost nastopajočih in triada</w:t>
            </w:r>
          </w:p>
        </w:tc>
        <w:tc>
          <w:tcPr>
            <w:tcW w:w="7058" w:type="dxa"/>
            <w:tcBorders>
              <w:top w:val="single" w:sz="4" w:space="0" w:color="B7C9D8"/>
              <w:left w:val="single" w:sz="4" w:space="0" w:color="B7C9D8"/>
              <w:bottom w:val="single" w:sz="4" w:space="0" w:color="B7C9D8"/>
              <w:right w:val="single" w:sz="4" w:space="0" w:color="B7C9D8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BF3E9E5" w14:textId="77777777" w:rsidR="00EE1173" w:rsidRDefault="00CD0463">
            <w:pPr>
              <w:spacing w:after="0"/>
            </w:pPr>
            <w:r>
              <w:t xml:space="preserve"> </w:t>
            </w:r>
          </w:p>
        </w:tc>
      </w:tr>
      <w:tr w:rsidR="00EE1173" w14:paraId="4FC572A2" w14:textId="77777777">
        <w:trPr>
          <w:jc w:val="center"/>
        </w:trPr>
        <w:tc>
          <w:tcPr>
            <w:tcW w:w="2976" w:type="dxa"/>
            <w:tcBorders>
              <w:top w:val="single" w:sz="4" w:space="0" w:color="B7C9D8"/>
              <w:left w:val="single" w:sz="4" w:space="0" w:color="B7C9D8"/>
              <w:bottom w:val="single" w:sz="4" w:space="0" w:color="B7C9D8"/>
              <w:right w:val="single" w:sz="4" w:space="0" w:color="B7C9D8"/>
            </w:tcBorders>
            <w:shd w:val="clear" w:color="auto" w:fill="EAF1F7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7983A67" w14:textId="77777777" w:rsidR="00EE1173" w:rsidRDefault="00CD0463">
            <w:pPr>
              <w:pStyle w:val="FormLabel"/>
              <w:spacing w:after="0"/>
            </w:pPr>
            <w:r>
              <w:t>Število spremljevalcev</w:t>
            </w:r>
          </w:p>
        </w:tc>
        <w:tc>
          <w:tcPr>
            <w:tcW w:w="7058" w:type="dxa"/>
            <w:tcBorders>
              <w:top w:val="single" w:sz="4" w:space="0" w:color="B7C9D8"/>
              <w:left w:val="single" w:sz="4" w:space="0" w:color="B7C9D8"/>
              <w:bottom w:val="single" w:sz="4" w:space="0" w:color="B7C9D8"/>
              <w:right w:val="single" w:sz="4" w:space="0" w:color="B7C9D8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6052E13" w14:textId="77777777" w:rsidR="00EE1173" w:rsidRDefault="00CD0463">
            <w:pPr>
              <w:spacing w:after="0"/>
            </w:pPr>
            <w:r>
              <w:t xml:space="preserve"> </w:t>
            </w:r>
          </w:p>
        </w:tc>
      </w:tr>
    </w:tbl>
    <w:p w14:paraId="64CB819F" w14:textId="77777777" w:rsidR="00EE1173" w:rsidRDefault="00EE1173">
      <w:pPr>
        <w:spacing w:after="0" w:line="132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148"/>
      </w:tblGrid>
      <w:tr w:rsidR="00EE1173" w14:paraId="0ED01214" w14:textId="77777777">
        <w:trPr>
          <w:jc w:val="center"/>
        </w:trPr>
        <w:tc>
          <w:tcPr>
            <w:tcW w:w="10148" w:type="dxa"/>
            <w:shd w:val="clear" w:color="auto" w:fill="1F4E79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6E38A99E" w14:textId="77777777" w:rsidR="00EE1173" w:rsidRDefault="00CD0463">
            <w:pPr>
              <w:spacing w:after="0"/>
            </w:pPr>
            <w:r>
              <w:rPr>
                <w:b/>
                <w:color w:val="FFFFFF"/>
              </w:rPr>
              <w:t>PODATKI O PREDSTAVI</w:t>
            </w:r>
          </w:p>
        </w:tc>
      </w:tr>
    </w:tbl>
    <w:p w14:paraId="5F525085" w14:textId="77777777" w:rsidR="00EE1173" w:rsidRDefault="00EE1173">
      <w:pPr>
        <w:spacing w:after="0" w:line="132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76"/>
        <w:gridCol w:w="7058"/>
      </w:tblGrid>
      <w:tr w:rsidR="00EE1173" w14:paraId="518990EA" w14:textId="77777777">
        <w:trPr>
          <w:jc w:val="center"/>
        </w:trPr>
        <w:tc>
          <w:tcPr>
            <w:tcW w:w="2976" w:type="dxa"/>
            <w:tcBorders>
              <w:top w:val="single" w:sz="4" w:space="0" w:color="B7C9D8"/>
              <w:left w:val="single" w:sz="4" w:space="0" w:color="B7C9D8"/>
              <w:bottom w:val="single" w:sz="4" w:space="0" w:color="B7C9D8"/>
              <w:right w:val="single" w:sz="4" w:space="0" w:color="B7C9D8"/>
            </w:tcBorders>
            <w:shd w:val="clear" w:color="auto" w:fill="EAF1F7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3E7F48D" w14:textId="77777777" w:rsidR="00EE1173" w:rsidRDefault="00CD0463">
            <w:pPr>
              <w:pStyle w:val="FormLabel"/>
              <w:spacing w:after="0"/>
            </w:pPr>
            <w:r>
              <w:t>Avtor besedila</w:t>
            </w:r>
          </w:p>
        </w:tc>
        <w:tc>
          <w:tcPr>
            <w:tcW w:w="7058" w:type="dxa"/>
            <w:tcBorders>
              <w:top w:val="single" w:sz="4" w:space="0" w:color="B7C9D8"/>
              <w:left w:val="single" w:sz="4" w:space="0" w:color="B7C9D8"/>
              <w:bottom w:val="single" w:sz="4" w:space="0" w:color="B7C9D8"/>
              <w:right w:val="single" w:sz="4" w:space="0" w:color="B7C9D8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49DB731" w14:textId="77777777" w:rsidR="00EE1173" w:rsidRDefault="00CD0463">
            <w:pPr>
              <w:spacing w:after="0"/>
            </w:pPr>
            <w:r>
              <w:t xml:space="preserve"> </w:t>
            </w:r>
          </w:p>
        </w:tc>
      </w:tr>
      <w:tr w:rsidR="00EE1173" w14:paraId="339DCFC8" w14:textId="77777777">
        <w:trPr>
          <w:jc w:val="center"/>
        </w:trPr>
        <w:tc>
          <w:tcPr>
            <w:tcW w:w="2976" w:type="dxa"/>
            <w:tcBorders>
              <w:top w:val="single" w:sz="4" w:space="0" w:color="B7C9D8"/>
              <w:left w:val="single" w:sz="4" w:space="0" w:color="B7C9D8"/>
              <w:bottom w:val="single" w:sz="4" w:space="0" w:color="B7C9D8"/>
              <w:right w:val="single" w:sz="4" w:space="0" w:color="B7C9D8"/>
            </w:tcBorders>
            <w:shd w:val="clear" w:color="auto" w:fill="EAF1F7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589511A" w14:textId="77777777" w:rsidR="00EE1173" w:rsidRDefault="00CD0463">
            <w:pPr>
              <w:pStyle w:val="FormLabel"/>
              <w:spacing w:after="0"/>
            </w:pPr>
            <w:r>
              <w:t>Naslov predstave</w:t>
            </w:r>
          </w:p>
        </w:tc>
        <w:tc>
          <w:tcPr>
            <w:tcW w:w="7058" w:type="dxa"/>
            <w:tcBorders>
              <w:top w:val="single" w:sz="4" w:space="0" w:color="B7C9D8"/>
              <w:left w:val="single" w:sz="4" w:space="0" w:color="B7C9D8"/>
              <w:bottom w:val="single" w:sz="4" w:space="0" w:color="B7C9D8"/>
              <w:right w:val="single" w:sz="4" w:space="0" w:color="B7C9D8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9BF3CDF" w14:textId="77777777" w:rsidR="00EE1173" w:rsidRDefault="00CD0463">
            <w:pPr>
              <w:spacing w:after="0"/>
            </w:pPr>
            <w:r>
              <w:t xml:space="preserve"> </w:t>
            </w:r>
          </w:p>
          <w:p w14:paraId="1FF92219" w14:textId="77777777" w:rsidR="00D1271B" w:rsidRDefault="00D1271B">
            <w:pPr>
              <w:spacing w:after="0"/>
            </w:pPr>
          </w:p>
        </w:tc>
      </w:tr>
      <w:tr w:rsidR="00EE1173" w14:paraId="7BC06B1C" w14:textId="77777777">
        <w:trPr>
          <w:jc w:val="center"/>
        </w:trPr>
        <w:tc>
          <w:tcPr>
            <w:tcW w:w="2976" w:type="dxa"/>
            <w:tcBorders>
              <w:top w:val="single" w:sz="4" w:space="0" w:color="B7C9D8"/>
              <w:left w:val="single" w:sz="4" w:space="0" w:color="B7C9D8"/>
              <w:bottom w:val="single" w:sz="4" w:space="0" w:color="B7C9D8"/>
              <w:right w:val="single" w:sz="4" w:space="0" w:color="B7C9D8"/>
            </w:tcBorders>
            <w:shd w:val="clear" w:color="auto" w:fill="EAF1F7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838F60F" w14:textId="77777777" w:rsidR="00EE1173" w:rsidRDefault="00CD0463">
            <w:pPr>
              <w:pStyle w:val="FormLabel"/>
              <w:spacing w:after="0"/>
            </w:pPr>
            <w:r>
              <w:t>Kratek vsebinski povzetek predstave (za objavo)</w:t>
            </w:r>
          </w:p>
        </w:tc>
        <w:tc>
          <w:tcPr>
            <w:tcW w:w="7058" w:type="dxa"/>
            <w:tcBorders>
              <w:top w:val="single" w:sz="4" w:space="0" w:color="B7C9D8"/>
              <w:left w:val="single" w:sz="4" w:space="0" w:color="B7C9D8"/>
              <w:bottom w:val="single" w:sz="4" w:space="0" w:color="B7C9D8"/>
              <w:right w:val="single" w:sz="4" w:space="0" w:color="B7C9D8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47D37EA" w14:textId="77777777" w:rsidR="00D1271B" w:rsidRDefault="00CD0463">
            <w:pPr>
              <w:spacing w:after="0"/>
            </w:pPr>
            <w:r>
              <w:t xml:space="preserve"> </w:t>
            </w:r>
          </w:p>
          <w:p w14:paraId="568206EE" w14:textId="77777777" w:rsidR="00D1271B" w:rsidRDefault="00D1271B">
            <w:pPr>
              <w:spacing w:after="0"/>
            </w:pPr>
          </w:p>
          <w:p w14:paraId="145C1F92" w14:textId="77777777" w:rsidR="00D1271B" w:rsidRDefault="00D1271B">
            <w:pPr>
              <w:spacing w:after="0"/>
            </w:pPr>
          </w:p>
          <w:p w14:paraId="388698A3" w14:textId="77777777" w:rsidR="00D1271B" w:rsidRDefault="00D1271B">
            <w:pPr>
              <w:spacing w:after="0"/>
            </w:pPr>
          </w:p>
          <w:p w14:paraId="241DDAE5" w14:textId="77777777" w:rsidR="00D1271B" w:rsidRDefault="00D1271B">
            <w:pPr>
              <w:spacing w:after="0"/>
            </w:pPr>
          </w:p>
          <w:p w14:paraId="03F5501D" w14:textId="77777777" w:rsidR="00D1271B" w:rsidRDefault="00D1271B">
            <w:pPr>
              <w:spacing w:after="0"/>
            </w:pPr>
          </w:p>
          <w:p w14:paraId="5DCCA69E" w14:textId="77777777" w:rsidR="00D1271B" w:rsidRDefault="00D1271B">
            <w:pPr>
              <w:spacing w:after="0"/>
            </w:pPr>
          </w:p>
          <w:p w14:paraId="7A760D42" w14:textId="77777777" w:rsidR="00D1271B" w:rsidRDefault="00D1271B">
            <w:pPr>
              <w:spacing w:after="0"/>
            </w:pPr>
          </w:p>
          <w:p w14:paraId="4C448573" w14:textId="0F20DAC9" w:rsidR="00EE1173" w:rsidRDefault="00CD0463">
            <w:pPr>
              <w:spacing w:after="0"/>
            </w:pPr>
            <w:r>
              <w:br/>
              <w:t xml:space="preserve"> </w:t>
            </w:r>
            <w:r>
              <w:br/>
              <w:t xml:space="preserve"> </w:t>
            </w:r>
          </w:p>
        </w:tc>
      </w:tr>
      <w:tr w:rsidR="00EE1173" w14:paraId="533D3898" w14:textId="77777777">
        <w:trPr>
          <w:jc w:val="center"/>
        </w:trPr>
        <w:tc>
          <w:tcPr>
            <w:tcW w:w="2976" w:type="dxa"/>
            <w:tcBorders>
              <w:top w:val="single" w:sz="4" w:space="0" w:color="B7C9D8"/>
              <w:left w:val="single" w:sz="4" w:space="0" w:color="B7C9D8"/>
              <w:bottom w:val="single" w:sz="4" w:space="0" w:color="B7C9D8"/>
              <w:right w:val="single" w:sz="4" w:space="0" w:color="B7C9D8"/>
            </w:tcBorders>
            <w:shd w:val="clear" w:color="auto" w:fill="EAF1F7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FDA0550" w14:textId="77777777" w:rsidR="00EE1173" w:rsidRDefault="00CD0463">
            <w:pPr>
              <w:pStyle w:val="FormLabel"/>
              <w:spacing w:after="0"/>
            </w:pPr>
            <w:r>
              <w:t>Trajanje predstave (največ 40 min)</w:t>
            </w:r>
          </w:p>
        </w:tc>
        <w:tc>
          <w:tcPr>
            <w:tcW w:w="7058" w:type="dxa"/>
            <w:tcBorders>
              <w:top w:val="single" w:sz="4" w:space="0" w:color="B7C9D8"/>
              <w:left w:val="single" w:sz="4" w:space="0" w:color="B7C9D8"/>
              <w:bottom w:val="single" w:sz="4" w:space="0" w:color="B7C9D8"/>
              <w:right w:val="single" w:sz="4" w:space="0" w:color="B7C9D8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A0A9686" w14:textId="77777777" w:rsidR="00EE1173" w:rsidRDefault="00CD0463">
            <w:pPr>
              <w:spacing w:after="0"/>
            </w:pPr>
            <w:r>
              <w:t xml:space="preserve"> </w:t>
            </w:r>
          </w:p>
        </w:tc>
      </w:tr>
    </w:tbl>
    <w:p w14:paraId="6EB0F59C" w14:textId="77777777" w:rsidR="00EE1173" w:rsidRDefault="00EE1173">
      <w:pPr>
        <w:spacing w:after="0" w:line="132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148"/>
      </w:tblGrid>
      <w:tr w:rsidR="00EE1173" w14:paraId="333225AF" w14:textId="77777777">
        <w:trPr>
          <w:jc w:val="center"/>
        </w:trPr>
        <w:tc>
          <w:tcPr>
            <w:tcW w:w="10148" w:type="dxa"/>
            <w:shd w:val="clear" w:color="auto" w:fill="1F4E79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15CB4C13" w14:textId="77777777" w:rsidR="00EE1173" w:rsidRDefault="00CD0463">
            <w:pPr>
              <w:spacing w:after="0"/>
            </w:pPr>
            <w:r>
              <w:rPr>
                <w:b/>
                <w:color w:val="FFFFFF"/>
              </w:rPr>
              <w:t>PRIMERNA STAROST OBČINSTVA</w:t>
            </w:r>
          </w:p>
        </w:tc>
      </w:tr>
    </w:tbl>
    <w:p w14:paraId="25DC6791" w14:textId="77777777" w:rsidR="00EE1173" w:rsidRDefault="00EE1173">
      <w:pPr>
        <w:spacing w:after="0" w:line="132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94"/>
        <w:gridCol w:w="2494"/>
        <w:gridCol w:w="2494"/>
        <w:gridCol w:w="2494"/>
      </w:tblGrid>
      <w:tr w:rsidR="00EE1173" w14:paraId="6401C428" w14:textId="77777777">
        <w:trPr>
          <w:jc w:val="center"/>
        </w:trPr>
        <w:tc>
          <w:tcPr>
            <w:tcW w:w="2494" w:type="dxa"/>
            <w:tcBorders>
              <w:top w:val="single" w:sz="4" w:space="0" w:color="B7C9D8"/>
              <w:left w:val="single" w:sz="4" w:space="0" w:color="B7C9D8"/>
              <w:bottom w:val="single" w:sz="4" w:space="0" w:color="B7C9D8"/>
              <w:right w:val="single" w:sz="4" w:space="0" w:color="B7C9D8"/>
            </w:tcBorders>
            <w:shd w:val="clear" w:color="auto" w:fill="F7F9FB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37DF9F9" w14:textId="77777777" w:rsidR="00EE1173" w:rsidRDefault="00CD0463">
            <w:pPr>
              <w:spacing w:after="0"/>
              <w:jc w:val="center"/>
            </w:pPr>
            <w:r>
              <w:t>☐</w:t>
            </w:r>
            <w:r>
              <w:t xml:space="preserve"> Vrtec</w:t>
            </w:r>
          </w:p>
        </w:tc>
        <w:tc>
          <w:tcPr>
            <w:tcW w:w="2494" w:type="dxa"/>
            <w:tcBorders>
              <w:top w:val="single" w:sz="4" w:space="0" w:color="B7C9D8"/>
              <w:left w:val="single" w:sz="4" w:space="0" w:color="B7C9D8"/>
              <w:bottom w:val="single" w:sz="4" w:space="0" w:color="B7C9D8"/>
              <w:right w:val="single" w:sz="4" w:space="0" w:color="B7C9D8"/>
            </w:tcBorders>
            <w:shd w:val="clear" w:color="auto" w:fill="F7F9FB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2EB8631" w14:textId="77777777" w:rsidR="00EE1173" w:rsidRDefault="00CD0463">
            <w:pPr>
              <w:spacing w:after="0"/>
              <w:jc w:val="center"/>
            </w:pPr>
            <w:r>
              <w:t>☐</w:t>
            </w:r>
            <w:r>
              <w:t xml:space="preserve"> 1. triada OŠ</w:t>
            </w:r>
          </w:p>
        </w:tc>
        <w:tc>
          <w:tcPr>
            <w:tcW w:w="2494" w:type="dxa"/>
            <w:tcBorders>
              <w:top w:val="single" w:sz="4" w:space="0" w:color="B7C9D8"/>
              <w:left w:val="single" w:sz="4" w:space="0" w:color="B7C9D8"/>
              <w:bottom w:val="single" w:sz="4" w:space="0" w:color="B7C9D8"/>
              <w:right w:val="single" w:sz="4" w:space="0" w:color="B7C9D8"/>
            </w:tcBorders>
            <w:shd w:val="clear" w:color="auto" w:fill="F7F9FB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088039C" w14:textId="77777777" w:rsidR="00EE1173" w:rsidRDefault="00CD0463">
            <w:pPr>
              <w:spacing w:after="0"/>
              <w:jc w:val="center"/>
            </w:pPr>
            <w:r>
              <w:t>☐</w:t>
            </w:r>
            <w:r>
              <w:t xml:space="preserve"> 2. triada OŠ</w:t>
            </w:r>
          </w:p>
        </w:tc>
        <w:tc>
          <w:tcPr>
            <w:tcW w:w="2494" w:type="dxa"/>
            <w:tcBorders>
              <w:top w:val="single" w:sz="4" w:space="0" w:color="B7C9D8"/>
              <w:left w:val="single" w:sz="4" w:space="0" w:color="B7C9D8"/>
              <w:bottom w:val="single" w:sz="4" w:space="0" w:color="B7C9D8"/>
              <w:right w:val="single" w:sz="4" w:space="0" w:color="B7C9D8"/>
            </w:tcBorders>
            <w:shd w:val="clear" w:color="auto" w:fill="F7F9FB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CFF2A2C" w14:textId="77777777" w:rsidR="00EE1173" w:rsidRDefault="00CD0463">
            <w:pPr>
              <w:spacing w:after="0"/>
              <w:jc w:val="center"/>
            </w:pPr>
            <w:r>
              <w:t>☐</w:t>
            </w:r>
            <w:r>
              <w:t xml:space="preserve"> 3. triada OŠ</w:t>
            </w:r>
          </w:p>
        </w:tc>
      </w:tr>
    </w:tbl>
    <w:p w14:paraId="32CF26BF" w14:textId="77777777" w:rsidR="00EE1173" w:rsidRDefault="00EE1173">
      <w:pPr>
        <w:spacing w:after="0" w:line="132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148"/>
      </w:tblGrid>
      <w:tr w:rsidR="00EE1173" w14:paraId="4D39FFFA" w14:textId="77777777">
        <w:trPr>
          <w:jc w:val="center"/>
        </w:trPr>
        <w:tc>
          <w:tcPr>
            <w:tcW w:w="10148" w:type="dxa"/>
            <w:shd w:val="clear" w:color="auto" w:fill="1F4E79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500E3CA9" w14:textId="77777777" w:rsidR="00EE1173" w:rsidRDefault="00CD0463">
            <w:pPr>
              <w:spacing w:after="0"/>
            </w:pPr>
            <w:r>
              <w:rPr>
                <w:b/>
                <w:color w:val="FFFFFF"/>
              </w:rPr>
              <w:t>TERMIN SODELOVANJA</w:t>
            </w:r>
          </w:p>
        </w:tc>
      </w:tr>
    </w:tbl>
    <w:p w14:paraId="451DF8D4" w14:textId="77777777" w:rsidR="00EE1173" w:rsidRDefault="00EE1173">
      <w:pPr>
        <w:spacing w:after="0" w:line="132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76"/>
        <w:gridCol w:w="7058"/>
      </w:tblGrid>
      <w:tr w:rsidR="00EE1173" w14:paraId="39FBA3E4" w14:textId="77777777">
        <w:trPr>
          <w:jc w:val="center"/>
        </w:trPr>
        <w:tc>
          <w:tcPr>
            <w:tcW w:w="2976" w:type="dxa"/>
            <w:tcBorders>
              <w:top w:val="single" w:sz="4" w:space="0" w:color="B7C9D8"/>
              <w:left w:val="single" w:sz="4" w:space="0" w:color="B7C9D8"/>
              <w:bottom w:val="single" w:sz="4" w:space="0" w:color="B7C9D8"/>
              <w:right w:val="single" w:sz="4" w:space="0" w:color="B7C9D8"/>
            </w:tcBorders>
            <w:shd w:val="clear" w:color="auto" w:fill="EAF1F7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9DFC325" w14:textId="1D9963C3" w:rsidR="00EE1173" w:rsidRDefault="00D1271B">
            <w:pPr>
              <w:pStyle w:val="FormLabel"/>
              <w:spacing w:after="0"/>
            </w:pPr>
            <w:proofErr w:type="spellStart"/>
            <w:r>
              <w:t>Napišite</w:t>
            </w:r>
            <w:proofErr w:type="spellEnd"/>
            <w:r>
              <w:t xml:space="preserve"> </w:t>
            </w:r>
            <w:proofErr w:type="spellStart"/>
            <w:r>
              <w:t>samo</w:t>
            </w:r>
            <w:proofErr w:type="spellEnd"/>
            <w:r>
              <w:t xml:space="preserve"> </w:t>
            </w:r>
            <w:proofErr w:type="spellStart"/>
            <w:r>
              <w:t>kateri</w:t>
            </w:r>
            <w:proofErr w:type="spellEnd"/>
            <w:r>
              <w:t xml:space="preserve"> dan</w:t>
            </w:r>
            <w:r w:rsidR="00CD0463">
              <w:t xml:space="preserve"> </w:t>
            </w:r>
            <w:r>
              <w:t>NE</w:t>
            </w:r>
            <w:r w:rsidR="00CD0463">
              <w:t xml:space="preserve"> </w:t>
            </w:r>
            <w:proofErr w:type="spellStart"/>
            <w:r w:rsidR="00CD0463">
              <w:t>more</w:t>
            </w:r>
            <w:r>
              <w:t>te</w:t>
            </w:r>
            <w:proofErr w:type="spellEnd"/>
            <w:r w:rsidR="00CD0463">
              <w:t xml:space="preserve"> </w:t>
            </w:r>
            <w:proofErr w:type="spellStart"/>
            <w:r w:rsidR="00CD0463">
              <w:t>nastopati</w:t>
            </w:r>
            <w:proofErr w:type="spellEnd"/>
            <w:r w:rsidR="00CD0463">
              <w:t xml:space="preserve"> </w:t>
            </w:r>
            <w:proofErr w:type="spellStart"/>
            <w:r w:rsidR="00CD0463">
              <w:t>na</w:t>
            </w:r>
            <w:proofErr w:type="spellEnd"/>
            <w:r w:rsidR="00CD0463">
              <w:t xml:space="preserve"> </w:t>
            </w:r>
            <w:proofErr w:type="spellStart"/>
            <w:r w:rsidR="00CD0463">
              <w:t>festivalu</w:t>
            </w:r>
            <w:proofErr w:type="spellEnd"/>
            <w:r w:rsidR="00CD0463">
              <w:t xml:space="preserve"> (npr. šola v naravi, druge obveznosti)</w:t>
            </w:r>
          </w:p>
        </w:tc>
        <w:tc>
          <w:tcPr>
            <w:tcW w:w="7058" w:type="dxa"/>
            <w:tcBorders>
              <w:top w:val="single" w:sz="4" w:space="0" w:color="B7C9D8"/>
              <w:left w:val="single" w:sz="4" w:space="0" w:color="B7C9D8"/>
              <w:bottom w:val="single" w:sz="4" w:space="0" w:color="B7C9D8"/>
              <w:right w:val="single" w:sz="4" w:space="0" w:color="B7C9D8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84E2C06" w14:textId="77777777" w:rsidR="00EE1173" w:rsidRDefault="00CD0463">
            <w:pPr>
              <w:spacing w:after="0"/>
            </w:pPr>
            <w:r>
              <w:t xml:space="preserve"> </w:t>
            </w:r>
            <w:r>
              <w:br/>
              <w:t xml:space="preserve"> </w:t>
            </w:r>
          </w:p>
        </w:tc>
      </w:tr>
    </w:tbl>
    <w:p w14:paraId="05CB4723" w14:textId="77777777" w:rsidR="00EE1173" w:rsidRDefault="00EE1173">
      <w:pPr>
        <w:spacing w:after="0" w:line="108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148"/>
      </w:tblGrid>
      <w:tr w:rsidR="00EE1173" w14:paraId="311DEE69" w14:textId="77777777">
        <w:trPr>
          <w:jc w:val="center"/>
        </w:trPr>
        <w:tc>
          <w:tcPr>
            <w:tcW w:w="10148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F2F2F2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274AD01" w14:textId="77777777" w:rsidR="00EE1173" w:rsidRDefault="00CD0463">
            <w:pPr>
              <w:spacing w:after="0"/>
            </w:pPr>
            <w:r>
              <w:rPr>
                <w:b/>
              </w:rPr>
              <w:t xml:space="preserve">Opomba: </w:t>
            </w:r>
            <w:r>
              <w:t>Za pripravo in pospravljanje scene imate na voljo po 10 minut.</w:t>
            </w:r>
          </w:p>
        </w:tc>
      </w:tr>
    </w:tbl>
    <w:p w14:paraId="644FECF6" w14:textId="77777777" w:rsidR="00CD0463" w:rsidRDefault="00CD0463"/>
    <w:sectPr w:rsidR="00CD0463" w:rsidSect="00034616">
      <w:footerReference w:type="default" r:id="rId8"/>
      <w:pgSz w:w="11906" w:h="16838"/>
      <w:pgMar w:top="652" w:right="879" w:bottom="652" w:left="87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096A2A" w14:textId="77777777" w:rsidR="00CD0463" w:rsidRDefault="00CD0463">
      <w:pPr>
        <w:spacing w:after="0" w:line="240" w:lineRule="auto"/>
      </w:pPr>
      <w:r>
        <w:separator/>
      </w:r>
    </w:p>
  </w:endnote>
  <w:endnote w:type="continuationSeparator" w:id="0">
    <w:p w14:paraId="1AEF6753" w14:textId="77777777" w:rsidR="00CD0463" w:rsidRDefault="00CD04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EE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B4C6F" w14:textId="77777777" w:rsidR="00EE1173" w:rsidRDefault="00CD0463">
    <w:pPr>
      <w:pStyle w:val="Noga"/>
      <w:jc w:val="center"/>
    </w:pPr>
    <w:r>
      <w:rPr>
        <w:color w:val="6E6E6E"/>
        <w:sz w:val="15"/>
      </w:rPr>
      <w:t xml:space="preserve">Pionirski dom – Center za </w:t>
    </w:r>
    <w:proofErr w:type="spellStart"/>
    <w:r>
      <w:rPr>
        <w:color w:val="6E6E6E"/>
        <w:sz w:val="15"/>
      </w:rPr>
      <w:t>kulturo</w:t>
    </w:r>
    <w:proofErr w:type="spellEnd"/>
    <w:r>
      <w:rPr>
        <w:color w:val="6E6E6E"/>
        <w:sz w:val="15"/>
      </w:rPr>
      <w:t xml:space="preserve"> </w:t>
    </w:r>
    <w:proofErr w:type="spellStart"/>
    <w:r>
      <w:rPr>
        <w:color w:val="6E6E6E"/>
        <w:sz w:val="15"/>
      </w:rPr>
      <w:t>mladih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8A1434" w14:textId="77777777" w:rsidR="00CD0463" w:rsidRDefault="00CD0463">
      <w:pPr>
        <w:spacing w:after="0" w:line="240" w:lineRule="auto"/>
      </w:pPr>
      <w:r>
        <w:separator/>
      </w:r>
    </w:p>
  </w:footnote>
  <w:footnote w:type="continuationSeparator" w:id="0">
    <w:p w14:paraId="4038C58A" w14:textId="77777777" w:rsidR="00CD0463" w:rsidRDefault="00CD04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Otevile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Otevile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Oznaenseznam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Oznaenseznam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Otevile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Oznaenseznam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86977762">
    <w:abstractNumId w:val="8"/>
  </w:num>
  <w:num w:numId="2" w16cid:durableId="443841034">
    <w:abstractNumId w:val="6"/>
  </w:num>
  <w:num w:numId="3" w16cid:durableId="292105356">
    <w:abstractNumId w:val="5"/>
  </w:num>
  <w:num w:numId="4" w16cid:durableId="2003241853">
    <w:abstractNumId w:val="4"/>
  </w:num>
  <w:num w:numId="5" w16cid:durableId="1521354375">
    <w:abstractNumId w:val="7"/>
  </w:num>
  <w:num w:numId="6" w16cid:durableId="319694027">
    <w:abstractNumId w:val="3"/>
  </w:num>
  <w:num w:numId="7" w16cid:durableId="1394040476">
    <w:abstractNumId w:val="2"/>
  </w:num>
  <w:num w:numId="8" w16cid:durableId="779035565">
    <w:abstractNumId w:val="1"/>
  </w:num>
  <w:num w:numId="9" w16cid:durableId="3484114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CD0463"/>
    <w:rsid w:val="00D1271B"/>
    <w:rsid w:val="00EE1173"/>
    <w:rsid w:val="00FB5BB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C49678"/>
  <w14:defaultImageDpi w14:val="300"/>
  <w15:docId w15:val="{42B09597-B0A2-4AA2-8334-5907A6001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C693F"/>
    <w:rPr>
      <w:rFonts w:ascii="Aptos" w:eastAsia="Aptos" w:hAnsi="Aptos"/>
      <w:sz w:val="19"/>
    </w:rPr>
  </w:style>
  <w:style w:type="paragraph" w:styleId="Naslov1">
    <w:name w:val="heading 1"/>
    <w:basedOn w:val="Navaden"/>
    <w:next w:val="Navaden"/>
    <w:link w:val="Naslov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E618BF"/>
  </w:style>
  <w:style w:type="paragraph" w:styleId="Noga">
    <w:name w:val="footer"/>
    <w:basedOn w:val="Navaden"/>
    <w:link w:val="Nog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E618BF"/>
  </w:style>
  <w:style w:type="paragraph" w:styleId="Brezrazmikov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Znak">
    <w:name w:val="Naslov 1 Znak"/>
    <w:basedOn w:val="Privzetapisavaodstav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Znak">
    <w:name w:val="Naslov 2 Znak"/>
    <w:basedOn w:val="Privzetapisavaodstav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Znak">
    <w:name w:val="Naslov 3 Znak"/>
    <w:basedOn w:val="Privzetapisavaodstav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avaden"/>
    <w:next w:val="Navaden"/>
    <w:link w:val="Naslov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Znak">
    <w:name w:val="Naslov Znak"/>
    <w:basedOn w:val="Privzetapisavaodstav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Znak">
    <w:name w:val="Podnaslov Znak"/>
    <w:basedOn w:val="Privzetapisavaodstav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kseznama">
    <w:name w:val="List Paragraph"/>
    <w:basedOn w:val="Navaden"/>
    <w:uiPriority w:val="34"/>
    <w:qFormat/>
    <w:rsid w:val="00FC693F"/>
    <w:pPr>
      <w:ind w:left="720"/>
      <w:contextualSpacing/>
    </w:pPr>
  </w:style>
  <w:style w:type="paragraph" w:styleId="Telobesedila">
    <w:name w:val="Body Text"/>
    <w:basedOn w:val="Navaden"/>
    <w:link w:val="TelobesedilaZnak"/>
    <w:uiPriority w:val="99"/>
    <w:unhideWhenUsed/>
    <w:rsid w:val="00AA1D8D"/>
    <w:pPr>
      <w:spacing w:after="120"/>
    </w:pPr>
  </w:style>
  <w:style w:type="character" w:customStyle="1" w:styleId="TelobesedilaZnak">
    <w:name w:val="Telo besedila Znak"/>
    <w:basedOn w:val="Privzetapisavaodstavka"/>
    <w:link w:val="Telobesedila"/>
    <w:uiPriority w:val="99"/>
    <w:rsid w:val="00AA1D8D"/>
  </w:style>
  <w:style w:type="paragraph" w:styleId="Telobesedila2">
    <w:name w:val="Body Text 2"/>
    <w:basedOn w:val="Navaden"/>
    <w:link w:val="Telobesedila2Znak"/>
    <w:uiPriority w:val="99"/>
    <w:unhideWhenUsed/>
    <w:rsid w:val="00AA1D8D"/>
    <w:pPr>
      <w:spacing w:after="120" w:line="480" w:lineRule="auto"/>
    </w:pPr>
  </w:style>
  <w:style w:type="character" w:customStyle="1" w:styleId="Telobesedila2Znak">
    <w:name w:val="Telo besedila 2 Znak"/>
    <w:basedOn w:val="Privzetapisavaodstavka"/>
    <w:link w:val="Telobesedila2"/>
    <w:uiPriority w:val="99"/>
    <w:rsid w:val="00AA1D8D"/>
  </w:style>
  <w:style w:type="paragraph" w:styleId="Telobesedila3">
    <w:name w:val="Body Text 3"/>
    <w:basedOn w:val="Navaden"/>
    <w:link w:val="Telobesedila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lobesedila3Znak">
    <w:name w:val="Telo besedila 3 Znak"/>
    <w:basedOn w:val="Privzetapisavaodstavka"/>
    <w:link w:val="Telobesedila3"/>
    <w:uiPriority w:val="99"/>
    <w:rsid w:val="00AA1D8D"/>
    <w:rPr>
      <w:sz w:val="16"/>
      <w:szCs w:val="16"/>
    </w:rPr>
  </w:style>
  <w:style w:type="paragraph" w:styleId="Seznam">
    <w:name w:val="List"/>
    <w:basedOn w:val="Navade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avade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avaden"/>
    <w:uiPriority w:val="99"/>
    <w:unhideWhenUsed/>
    <w:rsid w:val="00326F90"/>
    <w:pPr>
      <w:ind w:left="1080" w:hanging="360"/>
      <w:contextualSpacing/>
    </w:pPr>
  </w:style>
  <w:style w:type="paragraph" w:styleId="Oznaenseznam">
    <w:name w:val="List Bullet"/>
    <w:basedOn w:val="Navaden"/>
    <w:uiPriority w:val="99"/>
    <w:unhideWhenUsed/>
    <w:rsid w:val="00326F90"/>
    <w:pPr>
      <w:numPr>
        <w:numId w:val="1"/>
      </w:numPr>
      <w:contextualSpacing/>
    </w:pPr>
  </w:style>
  <w:style w:type="paragraph" w:styleId="Oznaenseznam2">
    <w:name w:val="List Bullet 2"/>
    <w:basedOn w:val="Navaden"/>
    <w:uiPriority w:val="99"/>
    <w:unhideWhenUsed/>
    <w:rsid w:val="00326F90"/>
    <w:pPr>
      <w:numPr>
        <w:numId w:val="2"/>
      </w:numPr>
      <w:contextualSpacing/>
    </w:pPr>
  </w:style>
  <w:style w:type="paragraph" w:styleId="Oznaenseznam3">
    <w:name w:val="List Bullet 3"/>
    <w:basedOn w:val="Navaden"/>
    <w:uiPriority w:val="99"/>
    <w:unhideWhenUsed/>
    <w:rsid w:val="00326F90"/>
    <w:pPr>
      <w:numPr>
        <w:numId w:val="3"/>
      </w:numPr>
      <w:contextualSpacing/>
    </w:pPr>
  </w:style>
  <w:style w:type="paragraph" w:styleId="Otevilenseznam">
    <w:name w:val="List Number"/>
    <w:basedOn w:val="Navaden"/>
    <w:uiPriority w:val="99"/>
    <w:unhideWhenUsed/>
    <w:rsid w:val="00326F90"/>
    <w:pPr>
      <w:numPr>
        <w:numId w:val="5"/>
      </w:numPr>
      <w:contextualSpacing/>
    </w:pPr>
  </w:style>
  <w:style w:type="paragraph" w:styleId="Otevilenseznam2">
    <w:name w:val="List Number 2"/>
    <w:basedOn w:val="Navaden"/>
    <w:uiPriority w:val="99"/>
    <w:unhideWhenUsed/>
    <w:rsid w:val="0029639D"/>
    <w:pPr>
      <w:numPr>
        <w:numId w:val="6"/>
      </w:numPr>
      <w:contextualSpacing/>
    </w:pPr>
  </w:style>
  <w:style w:type="paragraph" w:styleId="Otevilenseznam3">
    <w:name w:val="List Number 3"/>
    <w:basedOn w:val="Navaden"/>
    <w:uiPriority w:val="99"/>
    <w:unhideWhenUsed/>
    <w:rsid w:val="0029639D"/>
    <w:pPr>
      <w:numPr>
        <w:numId w:val="7"/>
      </w:numPr>
      <w:contextualSpacing/>
    </w:pPr>
  </w:style>
  <w:style w:type="paragraph" w:styleId="Seznam-nadaljevanje">
    <w:name w:val="List Continue"/>
    <w:basedOn w:val="Navaden"/>
    <w:uiPriority w:val="99"/>
    <w:unhideWhenUsed/>
    <w:rsid w:val="0029639D"/>
    <w:pPr>
      <w:spacing w:after="120"/>
      <w:ind w:left="360"/>
      <w:contextualSpacing/>
    </w:pPr>
  </w:style>
  <w:style w:type="paragraph" w:styleId="Seznam-nadaljevanje2">
    <w:name w:val="List Continue 2"/>
    <w:basedOn w:val="Navaden"/>
    <w:uiPriority w:val="99"/>
    <w:unhideWhenUsed/>
    <w:rsid w:val="0029639D"/>
    <w:pPr>
      <w:spacing w:after="120"/>
      <w:ind w:left="720"/>
      <w:contextualSpacing/>
    </w:pPr>
  </w:style>
  <w:style w:type="paragraph" w:styleId="Seznam-nadaljevanje3">
    <w:name w:val="List Continue 3"/>
    <w:basedOn w:val="Navaden"/>
    <w:uiPriority w:val="99"/>
    <w:unhideWhenUsed/>
    <w:rsid w:val="0029639D"/>
    <w:pPr>
      <w:spacing w:after="120"/>
      <w:ind w:left="1080"/>
      <w:contextualSpacing/>
    </w:pPr>
  </w:style>
  <w:style w:type="paragraph" w:styleId="Makrobesedilo">
    <w:name w:val="macro"/>
    <w:link w:val="Makrobesedilo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besediloZnak">
    <w:name w:val="Makro besedilo Znak"/>
    <w:basedOn w:val="Privzetapisavaodstavka"/>
    <w:link w:val="Makrobesedilo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avaden"/>
    <w:next w:val="Navaden"/>
    <w:link w:val="CitatZnak"/>
    <w:uiPriority w:val="29"/>
    <w:qFormat/>
    <w:rsid w:val="00FC693F"/>
    <w:rPr>
      <w:i/>
      <w:iCs/>
      <w:color w:val="000000" w:themeColor="text1"/>
    </w:rPr>
  </w:style>
  <w:style w:type="character" w:customStyle="1" w:styleId="CitatZnak">
    <w:name w:val="Citat Znak"/>
    <w:basedOn w:val="Privzetapisavaodstav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Napis">
    <w:name w:val="caption"/>
    <w:basedOn w:val="Navaden"/>
    <w:next w:val="Navade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repko">
    <w:name w:val="Strong"/>
    <w:basedOn w:val="Privzetapisavaodstavka"/>
    <w:uiPriority w:val="22"/>
    <w:qFormat/>
    <w:rsid w:val="00FC693F"/>
    <w:rPr>
      <w:b/>
      <w:bCs/>
    </w:rPr>
  </w:style>
  <w:style w:type="character" w:styleId="Poudarek">
    <w:name w:val="Emphasis"/>
    <w:basedOn w:val="Privzetapisavaodstavka"/>
    <w:uiPriority w:val="20"/>
    <w:qFormat/>
    <w:rsid w:val="00FC693F"/>
    <w:rPr>
      <w:i/>
      <w:iCs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FC693F"/>
    <w:rPr>
      <w:b/>
      <w:bCs/>
      <w:i/>
      <w:iCs/>
      <w:color w:val="4F81BD" w:themeColor="accent1"/>
    </w:rPr>
  </w:style>
  <w:style w:type="character" w:styleId="Neenpoudarek">
    <w:name w:val="Subtle Emphasis"/>
    <w:basedOn w:val="Privzetapisavaodstavka"/>
    <w:uiPriority w:val="19"/>
    <w:qFormat/>
    <w:rsid w:val="00FC693F"/>
    <w:rPr>
      <w:i/>
      <w:iCs/>
      <w:color w:val="808080" w:themeColor="text1" w:themeTint="7F"/>
    </w:rPr>
  </w:style>
  <w:style w:type="character" w:styleId="Intenzivenpoudarek">
    <w:name w:val="Intense Emphasis"/>
    <w:basedOn w:val="Privzetapisavaodstavka"/>
    <w:uiPriority w:val="21"/>
    <w:qFormat/>
    <w:rsid w:val="00FC693F"/>
    <w:rPr>
      <w:b/>
      <w:bCs/>
      <w:i/>
      <w:iCs/>
      <w:color w:val="4F81BD" w:themeColor="accent1"/>
    </w:rPr>
  </w:style>
  <w:style w:type="character" w:styleId="Neensklic">
    <w:name w:val="Subtle Reference"/>
    <w:basedOn w:val="Privzetapisavaodstavka"/>
    <w:uiPriority w:val="31"/>
    <w:qFormat/>
    <w:rsid w:val="00FC693F"/>
    <w:rPr>
      <w:smallCaps/>
      <w:color w:val="C0504D" w:themeColor="accent2"/>
      <w:u w:val="single"/>
    </w:rPr>
  </w:style>
  <w:style w:type="character" w:styleId="Intenzivensklic">
    <w:name w:val="Intense Reference"/>
    <w:basedOn w:val="Privzetapisavaodstav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Privzetapisavaodstavka"/>
    <w:uiPriority w:val="33"/>
    <w:qFormat/>
    <w:rsid w:val="00FC693F"/>
    <w:rPr>
      <w:b/>
      <w:bCs/>
      <w:smallCaps/>
      <w:spacing w:val="5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FC693F"/>
    <w:pPr>
      <w:outlineLvl w:val="9"/>
    </w:pPr>
  </w:style>
  <w:style w:type="table" w:styleId="Tabelamrea">
    <w:name w:val="Table Grid"/>
    <w:basedOn w:val="Navadnatabel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osenenje">
    <w:name w:val="Light Shading"/>
    <w:basedOn w:val="Navadnatabel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osenenjepoudarek1">
    <w:name w:val="Light Shading Accent 1"/>
    <w:basedOn w:val="Navadnatabel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osenenjepoudarek2">
    <w:name w:val="Light Shading Accent 2"/>
    <w:basedOn w:val="Navadnatabel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osenenjepoudarek3">
    <w:name w:val="Light Shading Accent 3"/>
    <w:basedOn w:val="Navadnatabel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osenenjepoudarek4">
    <w:name w:val="Light Shading Accent 4"/>
    <w:basedOn w:val="Navadnatabel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osenenjepoudarek5">
    <w:name w:val="Light Shading Accent 5"/>
    <w:basedOn w:val="Navadnatabel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osenenjepoudarek6">
    <w:name w:val="Light Shading Accent 6"/>
    <w:basedOn w:val="Navadnatabel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elseznam">
    <w:name w:val="Light List"/>
    <w:basedOn w:val="Navadnatabe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elseznampoudarek1">
    <w:name w:val="Light List Accent 1"/>
    <w:basedOn w:val="Navadnatabe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elseznampoudarek2">
    <w:name w:val="Light List Accent 2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elseznampoudarek3">
    <w:name w:val="Light List Accent 3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elseznampoudarek4">
    <w:name w:val="Light List Accent 4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elseznampoudarek5">
    <w:name w:val="Light List Accent 5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elseznampoudarek6">
    <w:name w:val="Light List Accent 6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amrea">
    <w:name w:val="Light Grid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amreapoudarek1">
    <w:name w:val="Light Grid Accent 1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amreapoudarek2">
    <w:name w:val="Light Grid Accent 2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amreapoudarek3">
    <w:name w:val="Light Grid Accent 3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amreapoudarek4">
    <w:name w:val="Light Grid Accent 4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amreapoudarek5">
    <w:name w:val="Light Grid Accent 5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amreapoudarek6">
    <w:name w:val="Light Grid Accent 6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enenje1">
    <w:name w:val="Medium Shading 1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1">
    <w:name w:val="Medium Shading 1 Accent 1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2">
    <w:name w:val="Medium Shading 1 Accent 2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3">
    <w:name w:val="Medium Shading 1 Accent 3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4">
    <w:name w:val="Medium Shading 1 Accent 4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5">
    <w:name w:val="Medium Shading 1 Accent 5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6">
    <w:name w:val="Medium Shading 1 Accent 6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2">
    <w:name w:val="Medium Shading 2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1">
    <w:name w:val="Medium Shading 2 Accent 1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2">
    <w:name w:val="Medium Shading 2 Accent 2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3">
    <w:name w:val="Medium Shading 2 Accent 3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4">
    <w:name w:val="Medium Shading 2 Accent 4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5">
    <w:name w:val="Medium Shading 2 Accent 5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6">
    <w:name w:val="Medium Shading 2 Accent 6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seznam1">
    <w:name w:val="Medium List 1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seznam1poudarek1">
    <w:name w:val="Medium List 1 Accent 1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seznam1poudarek2">
    <w:name w:val="Medium List 1 Accent 2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seznam1poudarek3">
    <w:name w:val="Medium List 1 Accent 3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seznam1poudarek4">
    <w:name w:val="Medium List 1 Accent 4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seznam1poudarek5">
    <w:name w:val="Medium List 1 Accent 5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seznam1poudarek6">
    <w:name w:val="Medium List 1 Accent 6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seznam2">
    <w:name w:val="Medium List 2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1">
    <w:name w:val="Medium List 2 Accent 1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2">
    <w:name w:val="Medium List 2 Accent 2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3">
    <w:name w:val="Medium List 2 Accent 3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4">
    <w:name w:val="Medium List 2 Accent 4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5">
    <w:name w:val="Medium List 2 Accent 5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6">
    <w:name w:val="Medium List 2 Accent 6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mrea1">
    <w:name w:val="Medium Grid 1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mrea1poudarek1">
    <w:name w:val="Medium Grid 1 Accent 1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mrea1poudarek2">
    <w:name w:val="Medium Grid 1 Accent 2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mrea1poudarek3">
    <w:name w:val="Medium Grid 1 Accent 3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mrea1poudarek4">
    <w:name w:val="Medium Grid 1 Accent 4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mrea1poudarek5">
    <w:name w:val="Medium Grid 1 Accent 5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mrea1poudarek6">
    <w:name w:val="Medium Grid 1 Accent 6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mrea2">
    <w:name w:val="Medium Grid 2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1">
    <w:name w:val="Medium Grid 2 Accent 1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2">
    <w:name w:val="Medium Grid 2 Accent 2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3">
    <w:name w:val="Medium Grid 2 Accent 3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4">
    <w:name w:val="Medium Grid 2 Accent 4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5">
    <w:name w:val="Medium Grid 2 Accent 5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6">
    <w:name w:val="Medium Grid 2 Accent 6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3">
    <w:name w:val="Medium Grid 3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mrea3poudarek1">
    <w:name w:val="Medium Grid 3 Accent 1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mrea3poudarek2">
    <w:name w:val="Medium Grid 3 Accent 2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mrea3poudarek3">
    <w:name w:val="Medium Grid 3 Accent 3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mrea3poudarek4">
    <w:name w:val="Medium Grid 3 Accent 4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mrea3poudarek5">
    <w:name w:val="Medium Grid 3 Accent 5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mrea3poudarek6">
    <w:name w:val="Medium Grid 3 Accent 6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emenseznam">
    <w:name w:val="Dark List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emenseznampoudarek1">
    <w:name w:val="Dark List Accent 1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emenseznampoudarek2">
    <w:name w:val="Dark List Accent 2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emenseznampoudarek3">
    <w:name w:val="Dark List Accent 3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emenseznampoudarek4">
    <w:name w:val="Dark List Accent 4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emenseznampoudarek5">
    <w:name w:val="Dark List Accent 5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emenseznampoudarek6">
    <w:name w:val="Dark List Accent 6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vnosenenje">
    <w:name w:val="Colorful Shading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1">
    <w:name w:val="Colorful Shading Accent 1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2">
    <w:name w:val="Colorful Shading Accent 2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3">
    <w:name w:val="Colorful Shading Accent 3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vnosenenjepoudarek4">
    <w:name w:val="Colorful Shading Accent 4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5">
    <w:name w:val="Colorful Shading Accent 5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6">
    <w:name w:val="Colorful Shading Accent 6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iseznam">
    <w:name w:val="Colorful List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vniseznampoudarek1">
    <w:name w:val="Colorful List Accent 1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vniseznampoudarek2">
    <w:name w:val="Colorful List Accent 2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venseznampoudarek3">
    <w:name w:val="Colorful List Accent 3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vniseznampoudarek4">
    <w:name w:val="Colorful List Accent 4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vniseznampoudarek5">
    <w:name w:val="Colorful List Accent 5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vniseznampoudarek6">
    <w:name w:val="Colorful List Accent 6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vnamrea">
    <w:name w:val="Colorful Grid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vnamreapoudarek1">
    <w:name w:val="Colorful Grid Accent 1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vnamreapoudarek2">
    <w:name w:val="Colorful Grid Accent 2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vnamreapoudarek3">
    <w:name w:val="Colorful Grid Accent 3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vnamreapoudarek4">
    <w:name w:val="Colorful Grid Accent 4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vnamreapoudarek5">
    <w:name w:val="Colorful Grid Accent 5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vnamreapoudarek6">
    <w:name w:val="Colorful Grid Accent 6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ormLabel">
    <w:name w:val="Form Label"/>
    <w:rPr>
      <w:rFonts w:ascii="Aptos" w:eastAsia="Aptos" w:hAnsi="Aptos"/>
      <w:b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108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Karmen Ručigaj</cp:lastModifiedBy>
  <cp:revision>2</cp:revision>
  <dcterms:created xsi:type="dcterms:W3CDTF">2026-09-17T11:42:00Z</dcterms:created>
  <dcterms:modified xsi:type="dcterms:W3CDTF">2026-09-17T11:42:00Z</dcterms:modified>
  <cp:category/>
</cp:coreProperties>
</file>